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0F4" w:rsidRDefault="00B620F4" w:rsidP="00B620F4">
      <w:pPr>
        <w:spacing w:after="0" w:line="240" w:lineRule="auto"/>
        <w:rPr>
          <w:b/>
        </w:rPr>
      </w:pPr>
    </w:p>
    <w:p w:rsidR="00B620F4" w:rsidRPr="00123AB6" w:rsidRDefault="00B620F4" w:rsidP="00B620F4">
      <w:pPr>
        <w:spacing w:after="0" w:line="240" w:lineRule="auto"/>
        <w:rPr>
          <w:b/>
          <w:color w:val="808080" w:themeColor="background1" w:themeShade="80"/>
        </w:rPr>
      </w:pPr>
      <w:r w:rsidRPr="00123AB6">
        <w:rPr>
          <w:b/>
          <w:color w:val="808080" w:themeColor="background1" w:themeShade="80"/>
        </w:rPr>
        <w:t>Úvod do odbornej starostlivosti</w:t>
      </w:r>
    </w:p>
    <w:p w:rsidR="00EE798B" w:rsidRPr="00B620F4" w:rsidRDefault="009C21DC" w:rsidP="00B620F4">
      <w:pPr>
        <w:spacing w:after="0" w:line="240" w:lineRule="auto"/>
        <w:rPr>
          <w:sz w:val="22"/>
        </w:rPr>
      </w:pPr>
      <w:r w:rsidRPr="00B620F4">
        <w:rPr>
          <w:b/>
        </w:rPr>
        <w:t xml:space="preserve">ANAMNESTICKÝ DOTAZNÍK PRE RODIČOV DIEŤAŤA </w:t>
      </w:r>
      <w:r w:rsidR="008715F4">
        <w:rPr>
          <w:b/>
        </w:rPr>
        <w:t xml:space="preserve">RANÉHO A </w:t>
      </w:r>
      <w:r w:rsidRPr="00B620F4">
        <w:rPr>
          <w:b/>
        </w:rPr>
        <w:t>PREDŠKOLSKÉHO VEKU</w:t>
      </w:r>
    </w:p>
    <w:p w:rsidR="00A8565C" w:rsidRDefault="00A8565C" w:rsidP="00B620F4">
      <w:pPr>
        <w:spacing w:after="0"/>
      </w:pPr>
    </w:p>
    <w:p w:rsidR="00EE798B" w:rsidRDefault="009C21DC" w:rsidP="00B620F4">
      <w:pPr>
        <w:spacing w:after="0"/>
      </w:pPr>
      <w:r>
        <w:t>Meno a priezvisko dieťaťa: ...............................................................</w:t>
      </w:r>
    </w:p>
    <w:p w:rsidR="00B620F4" w:rsidRPr="00123AB6" w:rsidRDefault="00A8565C" w:rsidP="00123AB6">
      <w:pPr>
        <w:spacing w:after="0"/>
        <w:ind w:left="7200" w:firstLine="720"/>
        <w:rPr>
          <w:i/>
          <w:sz w:val="22"/>
          <w:u w:val="single"/>
        </w:rPr>
      </w:pPr>
      <w:r w:rsidRPr="00A8565C">
        <w:rPr>
          <w:i/>
          <w:sz w:val="22"/>
          <w:u w:val="single"/>
        </w:rPr>
        <w:t>(hodiace sa označte krížikom)</w:t>
      </w:r>
    </w:p>
    <w:p w:rsidR="00EE798B" w:rsidRPr="00B620F4" w:rsidRDefault="009C21DC" w:rsidP="00B620F4">
      <w:pPr>
        <w:spacing w:after="0"/>
        <w:rPr>
          <w:b/>
          <w:u w:val="single"/>
        </w:rPr>
      </w:pPr>
      <w:r w:rsidRPr="00B620F4">
        <w:rPr>
          <w:b/>
          <w:u w:val="single"/>
        </w:rPr>
        <w:t>1. Okolo-pôrodná anamnéza</w:t>
      </w:r>
    </w:p>
    <w:p w:rsidR="00EE798B" w:rsidRDefault="009C21DC" w:rsidP="00B620F4">
      <w:pPr>
        <w:spacing w:after="0"/>
      </w:pPr>
      <w:r>
        <w:t xml:space="preserve">☐ </w:t>
      </w:r>
      <w:r w:rsidR="00B620F4">
        <w:t xml:space="preserve"> </w:t>
      </w:r>
      <w:r>
        <w:t>Tehotenstvo prebiehalo bez komplikácií</w:t>
      </w:r>
      <w:r w:rsidR="00A8565C">
        <w:t xml:space="preserve">   </w:t>
      </w:r>
      <w:r>
        <w:t xml:space="preserve">☐ </w:t>
      </w:r>
      <w:r w:rsidR="00B620F4">
        <w:t xml:space="preserve"> </w:t>
      </w:r>
      <w:r>
        <w:t>Rizikové tehotenstvo</w:t>
      </w:r>
      <w:r w:rsidR="00A8565C">
        <w:t xml:space="preserve">   </w:t>
      </w:r>
      <w:r>
        <w:t xml:space="preserve">☐ </w:t>
      </w:r>
      <w:r w:rsidR="00B620F4">
        <w:t xml:space="preserve"> </w:t>
      </w:r>
      <w:r>
        <w:t>Dieťa narodené v termíne</w:t>
      </w:r>
    </w:p>
    <w:p w:rsidR="00EE798B" w:rsidRDefault="009C21DC" w:rsidP="00B620F4">
      <w:pPr>
        <w:spacing w:after="0"/>
      </w:pPr>
      <w:r>
        <w:t xml:space="preserve">☐ </w:t>
      </w:r>
      <w:r w:rsidR="00B620F4">
        <w:t xml:space="preserve"> </w:t>
      </w:r>
      <w:r>
        <w:t>Predčasne narodené</w:t>
      </w:r>
      <w:r w:rsidR="00A8565C">
        <w:t xml:space="preserve">  </w:t>
      </w:r>
      <w:r>
        <w:t xml:space="preserve">☐ </w:t>
      </w:r>
      <w:r w:rsidR="00B620F4">
        <w:t xml:space="preserve"> </w:t>
      </w:r>
      <w:r>
        <w:t>Cisársky rez</w:t>
      </w:r>
      <w:r w:rsidR="00A8565C">
        <w:t xml:space="preserve">  </w:t>
      </w:r>
      <w:r>
        <w:t xml:space="preserve">☐ </w:t>
      </w:r>
      <w:r w:rsidR="00B620F4">
        <w:t xml:space="preserve"> </w:t>
      </w:r>
      <w:r>
        <w:t>Pri pôrode komplikácie (uveďte aké): ..............................................</w:t>
      </w:r>
    </w:p>
    <w:p w:rsidR="00EE798B" w:rsidRPr="00B620F4" w:rsidRDefault="009C21DC" w:rsidP="00B620F4">
      <w:pPr>
        <w:spacing w:after="0" w:line="240" w:lineRule="auto"/>
        <w:rPr>
          <w:b/>
          <w:u w:val="single"/>
        </w:rPr>
      </w:pPr>
      <w:r>
        <w:br/>
      </w:r>
      <w:r w:rsidRPr="00B620F4">
        <w:rPr>
          <w:b/>
          <w:u w:val="single"/>
        </w:rPr>
        <w:t>2. Raný motorický vývin</w:t>
      </w:r>
      <w:r w:rsidR="00B620F4" w:rsidRPr="00B620F4">
        <w:rPr>
          <w:b/>
          <w:u w:val="single"/>
        </w:rPr>
        <w:t xml:space="preserve"> a vývin reči</w:t>
      </w:r>
    </w:p>
    <w:p w:rsidR="00123AB6" w:rsidRPr="00123AB6" w:rsidRDefault="009C21DC" w:rsidP="00B620F4">
      <w:pPr>
        <w:spacing w:after="0" w:line="240" w:lineRule="auto"/>
      </w:pPr>
      <w:r w:rsidRPr="00123AB6">
        <w:t xml:space="preserve">☐ </w:t>
      </w:r>
      <w:r w:rsidR="00B620F4" w:rsidRPr="00123AB6">
        <w:t xml:space="preserve"> </w:t>
      </w:r>
      <w:r w:rsidRPr="00123AB6">
        <w:t>Samostatne sedelo do 8 mesiacov</w:t>
      </w:r>
      <w:r w:rsidR="00A8565C" w:rsidRPr="00123AB6">
        <w:t xml:space="preserve">  </w:t>
      </w:r>
    </w:p>
    <w:p w:rsidR="00EE798B" w:rsidRPr="00123AB6" w:rsidRDefault="009C21DC" w:rsidP="00B620F4">
      <w:pPr>
        <w:spacing w:after="0" w:line="240" w:lineRule="auto"/>
      </w:pPr>
      <w:r w:rsidRPr="00123AB6">
        <w:t xml:space="preserve">☐ </w:t>
      </w:r>
      <w:r w:rsidR="00B620F4" w:rsidRPr="00123AB6">
        <w:t xml:space="preserve"> </w:t>
      </w:r>
      <w:r w:rsidRPr="00123AB6">
        <w:t>Samostatne chodilo do 15 mesiacov</w:t>
      </w:r>
    </w:p>
    <w:p w:rsidR="00EE798B" w:rsidRPr="00123AB6" w:rsidRDefault="009C21DC" w:rsidP="00B620F4">
      <w:pPr>
        <w:spacing w:after="0" w:line="240" w:lineRule="auto"/>
      </w:pPr>
      <w:r w:rsidRPr="00123AB6">
        <w:t xml:space="preserve">☐ </w:t>
      </w:r>
      <w:r w:rsidR="00B620F4" w:rsidRPr="00123AB6">
        <w:t xml:space="preserve"> </w:t>
      </w:r>
      <w:r w:rsidRPr="00123AB6">
        <w:t>Všetko prebiehalo primerane</w:t>
      </w:r>
    </w:p>
    <w:p w:rsidR="00EE798B" w:rsidRPr="00123AB6" w:rsidRDefault="009C21DC" w:rsidP="00B620F4">
      <w:pPr>
        <w:spacing w:after="0" w:line="240" w:lineRule="auto"/>
      </w:pPr>
      <w:r w:rsidRPr="00123AB6">
        <w:t xml:space="preserve">☐ </w:t>
      </w:r>
      <w:r w:rsidR="00B620F4" w:rsidRPr="00123AB6">
        <w:t xml:space="preserve"> </w:t>
      </w:r>
      <w:r w:rsidRPr="00123AB6">
        <w:t>Neskorší motorický vývin (uveďte): .........................................</w:t>
      </w:r>
      <w:r w:rsidR="00E6054F">
        <w:t>.......................................................</w:t>
      </w:r>
      <w:r w:rsidRPr="00123AB6">
        <w:t>...........</w:t>
      </w:r>
    </w:p>
    <w:p w:rsidR="00123AB6" w:rsidRPr="00123AB6" w:rsidRDefault="009C21DC" w:rsidP="00B620F4">
      <w:pPr>
        <w:spacing w:after="0" w:line="240" w:lineRule="auto"/>
      </w:pPr>
      <w:r w:rsidRPr="00123AB6">
        <w:t xml:space="preserve">☐ </w:t>
      </w:r>
      <w:r w:rsidR="00B620F4" w:rsidRPr="00123AB6">
        <w:t xml:space="preserve"> </w:t>
      </w:r>
      <w:r w:rsidRPr="00123AB6">
        <w:t xml:space="preserve">Prvé slová okolo 1. </w:t>
      </w:r>
      <w:r w:rsidR="00123AB6" w:rsidRPr="00123AB6">
        <w:t>r</w:t>
      </w:r>
      <w:r w:rsidRPr="00123AB6">
        <w:t>oka</w:t>
      </w:r>
      <w:r w:rsidR="00A8565C" w:rsidRPr="00123AB6">
        <w:t xml:space="preserve">   </w:t>
      </w:r>
    </w:p>
    <w:p w:rsidR="00A8565C" w:rsidRPr="00123AB6" w:rsidRDefault="009C21DC" w:rsidP="00B620F4">
      <w:pPr>
        <w:spacing w:after="0" w:line="240" w:lineRule="auto"/>
      </w:pPr>
      <w:r w:rsidRPr="00123AB6">
        <w:t xml:space="preserve">☐ </w:t>
      </w:r>
      <w:r w:rsidR="00B620F4" w:rsidRPr="00123AB6">
        <w:t xml:space="preserve"> </w:t>
      </w:r>
      <w:r w:rsidRPr="00123AB6">
        <w:t>Začalo hovoriť v jednoduchých vetách do 2–3 rokov</w:t>
      </w:r>
      <w:r w:rsidR="00A8565C" w:rsidRPr="00123AB6">
        <w:t xml:space="preserve"> </w:t>
      </w:r>
    </w:p>
    <w:p w:rsidR="00EE798B" w:rsidRPr="00123AB6" w:rsidRDefault="009C21DC" w:rsidP="00B620F4">
      <w:pPr>
        <w:spacing w:after="0" w:line="240" w:lineRule="auto"/>
      </w:pPr>
      <w:r w:rsidRPr="00123AB6">
        <w:t xml:space="preserve">☐ </w:t>
      </w:r>
      <w:r w:rsidR="00B620F4" w:rsidRPr="00123AB6">
        <w:t xml:space="preserve"> </w:t>
      </w:r>
      <w:r w:rsidRPr="00123AB6">
        <w:t>Reč sa vyvíjala primerane</w:t>
      </w:r>
    </w:p>
    <w:p w:rsidR="00EE798B" w:rsidRPr="00123AB6" w:rsidRDefault="009C21DC" w:rsidP="00B620F4">
      <w:pPr>
        <w:spacing w:after="0" w:line="240" w:lineRule="auto"/>
      </w:pPr>
      <w:r w:rsidRPr="00123AB6">
        <w:t xml:space="preserve">☐ </w:t>
      </w:r>
      <w:r w:rsidR="00B620F4" w:rsidRPr="00123AB6">
        <w:t xml:space="preserve"> </w:t>
      </w:r>
      <w:r w:rsidRPr="00123AB6">
        <w:t>Vývin reči bol oneskorený</w:t>
      </w:r>
    </w:p>
    <w:p w:rsidR="00EE798B" w:rsidRPr="00123AB6" w:rsidRDefault="009C21DC" w:rsidP="00B620F4">
      <w:pPr>
        <w:spacing w:after="0" w:line="240" w:lineRule="auto"/>
      </w:pPr>
      <w:r w:rsidRPr="00123AB6">
        <w:t xml:space="preserve">☐ </w:t>
      </w:r>
      <w:r w:rsidR="00B620F4" w:rsidRPr="00123AB6">
        <w:t xml:space="preserve"> </w:t>
      </w:r>
      <w:r w:rsidRPr="00123AB6">
        <w:t>Navštevuje / navštevovalo logopéda</w:t>
      </w:r>
    </w:p>
    <w:p w:rsidR="00EE798B" w:rsidRPr="00123AB6" w:rsidRDefault="009C21DC" w:rsidP="00B620F4">
      <w:pPr>
        <w:spacing w:after="0" w:line="240" w:lineRule="auto"/>
      </w:pPr>
      <w:r w:rsidRPr="00123AB6">
        <w:t xml:space="preserve">☐ </w:t>
      </w:r>
      <w:r w:rsidR="00B620F4" w:rsidRPr="00123AB6">
        <w:t xml:space="preserve"> </w:t>
      </w:r>
      <w:r w:rsidRPr="00123AB6">
        <w:t>Výslovnosť je ešte potrebné cvičiť (uveďte aké hlásky): ..........................</w:t>
      </w:r>
      <w:r w:rsidR="00B620F4" w:rsidRPr="00123AB6">
        <w:t>............</w:t>
      </w:r>
      <w:r w:rsidR="00E6054F">
        <w:t>....</w:t>
      </w:r>
      <w:r w:rsidR="00B620F4" w:rsidRPr="00123AB6">
        <w:t>..............................</w:t>
      </w:r>
      <w:r w:rsidRPr="00123AB6">
        <w:t>.....</w:t>
      </w:r>
    </w:p>
    <w:p w:rsidR="00B620F4" w:rsidRDefault="009C21DC" w:rsidP="00B620F4">
      <w:pPr>
        <w:spacing w:after="0"/>
        <w:rPr>
          <w:b/>
          <w:u w:val="single"/>
        </w:rPr>
      </w:pPr>
      <w:r>
        <w:br/>
      </w:r>
      <w:r w:rsidRPr="00B620F4">
        <w:rPr>
          <w:b/>
          <w:u w:val="single"/>
        </w:rPr>
        <w:t>4. Prekonané ochorenia dieťaťa</w:t>
      </w:r>
      <w:r w:rsidR="00B620F4">
        <w:rPr>
          <w:b/>
          <w:u w:val="single"/>
        </w:rPr>
        <w:t xml:space="preserve"> a výskyt ochorení v rodine</w:t>
      </w:r>
    </w:p>
    <w:p w:rsidR="00A8565C" w:rsidRDefault="009C21DC" w:rsidP="00A8565C">
      <w:pPr>
        <w:spacing w:after="0" w:line="240" w:lineRule="auto"/>
      </w:pPr>
      <w:r>
        <w:t>☐</w:t>
      </w:r>
      <w:r w:rsidR="00B620F4">
        <w:t xml:space="preserve">  Uveďte </w:t>
      </w:r>
      <w:r>
        <w:t>vážnejšie ochorenia</w:t>
      </w:r>
      <w:r w:rsidR="00B620F4">
        <w:t xml:space="preserve"> dieťaťa</w:t>
      </w:r>
      <w:r w:rsidR="00A8565C">
        <w:t xml:space="preserve"> (telesné, zmyslové, mentálne, poruchy pozornosti, autizmus, iné)</w:t>
      </w:r>
      <w:r w:rsidR="00B620F4">
        <w:t xml:space="preserve"> </w:t>
      </w:r>
      <w:r w:rsidR="00A8565C">
        <w:t>…………………………………………………………………………</w:t>
      </w:r>
      <w:r>
        <w:t>................................................</w:t>
      </w:r>
      <w:r w:rsidR="00B620F4">
        <w:t>...................................................</w:t>
      </w:r>
      <w:r w:rsidR="00A8565C">
        <w:t>☐  ☐ Uveďte, ak sa v rodine vyskytujú vážnejšie ochorenia (telesné, zmyslové, mentálne, iné…..) …………………………………………………………………………...................................................................................................</w:t>
      </w:r>
    </w:p>
    <w:p w:rsidR="00EE798B" w:rsidRPr="00A8565C" w:rsidRDefault="00A8565C" w:rsidP="00A8565C">
      <w:pPr>
        <w:spacing w:after="0" w:line="240" w:lineRule="auto"/>
        <w:rPr>
          <w:b/>
          <w:u w:val="single"/>
        </w:rPr>
      </w:pPr>
      <w:r w:rsidRPr="00A8565C">
        <w:rPr>
          <w:b/>
          <w:u w:val="single"/>
        </w:rPr>
        <w:t xml:space="preserve">5. </w:t>
      </w:r>
      <w:r w:rsidR="009C21DC" w:rsidRPr="00A8565C">
        <w:rPr>
          <w:b/>
          <w:u w:val="single"/>
        </w:rPr>
        <w:t>Dochádzka do materskej školy</w:t>
      </w:r>
    </w:p>
    <w:p w:rsidR="00EE798B" w:rsidRDefault="009C21DC" w:rsidP="00123AB6">
      <w:pPr>
        <w:spacing w:after="0" w:line="240" w:lineRule="auto"/>
      </w:pPr>
      <w:r>
        <w:t>Dieťa navštevuje MŠ od: ..........................</w:t>
      </w:r>
      <w:r w:rsidR="00A8565C">
        <w:t xml:space="preserve"> Adaptácia vMŠ p</w:t>
      </w:r>
      <w:r>
        <w:t>rebiehala:</w:t>
      </w:r>
      <w:r w:rsidR="00A8565C">
        <w:t xml:space="preserve"> </w:t>
      </w:r>
      <w:r>
        <w:t xml:space="preserve">☐ </w:t>
      </w:r>
      <w:r w:rsidR="00A8565C">
        <w:t xml:space="preserve"> v norme  </w:t>
      </w:r>
      <w:r>
        <w:t>☐</w:t>
      </w:r>
      <w:r w:rsidR="00A8565C">
        <w:t xml:space="preserve"> </w:t>
      </w:r>
      <w:r>
        <w:t xml:space="preserve"> ťažšie ☐ </w:t>
      </w:r>
      <w:r w:rsidR="00A8565C">
        <w:t xml:space="preserve"> </w:t>
      </w:r>
      <w:r>
        <w:t>stále prebieha</w:t>
      </w:r>
    </w:p>
    <w:p w:rsidR="00123AB6" w:rsidRDefault="00123AB6" w:rsidP="00123AB6">
      <w:pPr>
        <w:spacing w:after="0" w:line="240" w:lineRule="auto"/>
        <w:rPr>
          <w:b/>
          <w:u w:val="single"/>
        </w:rPr>
      </w:pPr>
    </w:p>
    <w:p w:rsidR="00EE798B" w:rsidRPr="00A8565C" w:rsidRDefault="00A8565C" w:rsidP="00123AB6">
      <w:pPr>
        <w:spacing w:after="0" w:line="240" w:lineRule="auto"/>
        <w:rPr>
          <w:b/>
          <w:u w:val="single"/>
        </w:rPr>
      </w:pPr>
      <w:r w:rsidRPr="00A8565C">
        <w:rPr>
          <w:b/>
          <w:u w:val="single"/>
        </w:rPr>
        <w:t>6</w:t>
      </w:r>
      <w:r w:rsidR="009C21DC" w:rsidRPr="00A8565C">
        <w:rPr>
          <w:b/>
          <w:u w:val="single"/>
        </w:rPr>
        <w:t xml:space="preserve">. </w:t>
      </w:r>
      <w:r w:rsidRPr="00A8565C">
        <w:rPr>
          <w:b/>
          <w:u w:val="single"/>
        </w:rPr>
        <w:t>Má dieťa “o</w:t>
      </w:r>
      <w:r w:rsidR="009C21DC" w:rsidRPr="00A8565C">
        <w:rPr>
          <w:b/>
          <w:u w:val="single"/>
        </w:rPr>
        <w:t>dklad</w:t>
      </w:r>
      <w:r w:rsidRPr="00A8565C">
        <w:rPr>
          <w:b/>
          <w:u w:val="single"/>
        </w:rPr>
        <w:t xml:space="preserve">” </w:t>
      </w:r>
      <w:r w:rsidR="009C21DC" w:rsidRPr="00A8565C">
        <w:rPr>
          <w:b/>
          <w:u w:val="single"/>
        </w:rPr>
        <w:t xml:space="preserve"> školskej dochádzky</w:t>
      </w:r>
      <w:r w:rsidRPr="00A8565C">
        <w:rPr>
          <w:b/>
          <w:u w:val="single"/>
        </w:rPr>
        <w:t xml:space="preserve"> ?</w:t>
      </w:r>
      <w:r w:rsidRPr="00A8565C">
        <w:rPr>
          <w:b/>
        </w:rPr>
        <w:t xml:space="preserve">       </w:t>
      </w:r>
      <w:r w:rsidR="009C21DC">
        <w:t>☐</w:t>
      </w:r>
      <w:r>
        <w:t xml:space="preserve"> </w:t>
      </w:r>
      <w:r w:rsidR="009C21DC">
        <w:t xml:space="preserve"> Áno  ☐ </w:t>
      </w:r>
      <w:r>
        <w:t xml:space="preserve"> </w:t>
      </w:r>
      <w:r w:rsidR="009C21DC">
        <w:t>Nie</w:t>
      </w:r>
    </w:p>
    <w:p w:rsidR="00EE798B" w:rsidRPr="00A8565C" w:rsidRDefault="00A8565C" w:rsidP="00123AB6">
      <w:pPr>
        <w:spacing w:after="0" w:line="240" w:lineRule="auto"/>
        <w:rPr>
          <w:b/>
          <w:u w:val="single"/>
        </w:rPr>
      </w:pPr>
      <w:r w:rsidRPr="00A8565C">
        <w:rPr>
          <w:b/>
          <w:u w:val="single"/>
        </w:rPr>
        <w:t>7</w:t>
      </w:r>
      <w:r w:rsidR="009C21DC" w:rsidRPr="00A8565C">
        <w:rPr>
          <w:b/>
          <w:u w:val="single"/>
        </w:rPr>
        <w:t>. Sociálno–emočná oblasť</w:t>
      </w:r>
    </w:p>
    <w:p w:rsidR="00EE798B" w:rsidRDefault="009C21DC" w:rsidP="00A8565C">
      <w:pPr>
        <w:spacing w:after="0" w:line="240" w:lineRule="auto"/>
      </w:pPr>
      <w:r>
        <w:t xml:space="preserve">☐ </w:t>
      </w:r>
      <w:r w:rsidR="00A8565C">
        <w:t xml:space="preserve"> </w:t>
      </w:r>
      <w:r>
        <w:t>Nadväzuje ľahko kontakt s deťmi</w:t>
      </w:r>
    </w:p>
    <w:p w:rsidR="00EE798B" w:rsidRDefault="009C21DC" w:rsidP="00A8565C">
      <w:pPr>
        <w:spacing w:after="0" w:line="240" w:lineRule="auto"/>
      </w:pPr>
      <w:r>
        <w:t xml:space="preserve">☐ </w:t>
      </w:r>
      <w:r w:rsidR="00A8565C">
        <w:t xml:space="preserve"> </w:t>
      </w:r>
      <w:r>
        <w:t>Vyžaduje si pozornosť dospelých</w:t>
      </w:r>
    </w:p>
    <w:p w:rsidR="00EE798B" w:rsidRDefault="009C21DC" w:rsidP="00A8565C">
      <w:pPr>
        <w:spacing w:after="0" w:line="240" w:lineRule="auto"/>
      </w:pPr>
      <w:r>
        <w:t xml:space="preserve">☐ </w:t>
      </w:r>
      <w:r w:rsidR="00A8565C">
        <w:t xml:space="preserve"> </w:t>
      </w:r>
      <w:r>
        <w:t>Vie sa prispôsobiť skupine</w:t>
      </w:r>
    </w:p>
    <w:p w:rsidR="00EE798B" w:rsidRDefault="009C21DC" w:rsidP="00A8565C">
      <w:pPr>
        <w:spacing w:after="0" w:line="240" w:lineRule="auto"/>
      </w:pPr>
      <w:r>
        <w:t xml:space="preserve">☐ </w:t>
      </w:r>
      <w:r w:rsidR="00A8565C">
        <w:t xml:space="preserve"> </w:t>
      </w:r>
      <w:r>
        <w:t>Reaguje citlivo na zmeny</w:t>
      </w:r>
    </w:p>
    <w:p w:rsidR="00EE798B" w:rsidRDefault="009C21DC" w:rsidP="00A8565C">
      <w:pPr>
        <w:spacing w:after="0" w:line="240" w:lineRule="auto"/>
      </w:pPr>
      <w:r>
        <w:t xml:space="preserve">☐ </w:t>
      </w:r>
      <w:r w:rsidR="00A8565C">
        <w:t xml:space="preserve"> </w:t>
      </w:r>
      <w:r>
        <w:t>Skôr tichšie, uzavreté dieťa</w:t>
      </w:r>
    </w:p>
    <w:p w:rsidR="00EE798B" w:rsidRDefault="009C21DC" w:rsidP="00A8565C">
      <w:pPr>
        <w:spacing w:after="0" w:line="240" w:lineRule="auto"/>
      </w:pPr>
      <w:r>
        <w:t xml:space="preserve">☐ </w:t>
      </w:r>
      <w:r w:rsidR="00A8565C">
        <w:t xml:space="preserve"> </w:t>
      </w:r>
      <w:r>
        <w:t>Skôr aktívne, výbušné dieťa</w:t>
      </w:r>
    </w:p>
    <w:p w:rsidR="00EE798B" w:rsidRDefault="009C21DC" w:rsidP="00A8565C">
      <w:pPr>
        <w:spacing w:after="0" w:line="240" w:lineRule="auto"/>
      </w:pPr>
      <w:r>
        <w:t xml:space="preserve">☐ </w:t>
      </w:r>
      <w:r w:rsidR="00A8565C">
        <w:t xml:space="preserve"> </w:t>
      </w:r>
      <w:r>
        <w:t>Iné (uveďte): ....................................................</w:t>
      </w:r>
    </w:p>
    <w:p w:rsidR="00123AB6" w:rsidRDefault="00123AB6" w:rsidP="00123AB6">
      <w:pPr>
        <w:spacing w:after="0" w:line="240" w:lineRule="auto"/>
        <w:rPr>
          <w:b/>
        </w:rPr>
      </w:pPr>
      <w:r>
        <w:br/>
      </w:r>
      <w:r w:rsidRPr="00123AB6">
        <w:rPr>
          <w:b/>
          <w:u w:val="single"/>
        </w:rPr>
        <w:t>8</w:t>
      </w:r>
      <w:r w:rsidR="009C21DC" w:rsidRPr="00123AB6">
        <w:rPr>
          <w:b/>
          <w:u w:val="single"/>
        </w:rPr>
        <w:t>. Iné silné stránky alebo osobitosti vývinu dieťaťa</w:t>
      </w:r>
      <w:r w:rsidR="009C21DC" w:rsidRPr="00123AB6">
        <w:rPr>
          <w:b/>
        </w:rPr>
        <w:t xml:space="preserve"> (podľa názoru rodiča)</w:t>
      </w:r>
      <w:r w:rsidR="008715F4">
        <w:rPr>
          <w:b/>
        </w:rPr>
        <w:t xml:space="preserve"> </w:t>
      </w:r>
      <w:r>
        <w:rPr>
          <w:b/>
        </w:rPr>
        <w:t>:</w:t>
      </w:r>
    </w:p>
    <w:p w:rsidR="00EE798B" w:rsidRPr="00123AB6" w:rsidRDefault="009C21DC" w:rsidP="008715F4">
      <w:pPr>
        <w:spacing w:after="0" w:line="240" w:lineRule="auto"/>
        <w:rPr>
          <w:b/>
        </w:rPr>
      </w:pPr>
      <w:r>
        <w:t>.........................................................</w:t>
      </w:r>
      <w:r w:rsidR="00123AB6">
        <w:t>......................................................................</w:t>
      </w:r>
      <w:r>
        <w:t>.....................................</w:t>
      </w:r>
      <w:r w:rsidR="00123AB6">
        <w:t>................................................................................................................................................................................................</w:t>
      </w:r>
    </w:p>
    <w:p w:rsidR="008715F4" w:rsidRDefault="008715F4" w:rsidP="008715F4">
      <w:pPr>
        <w:spacing w:after="0" w:line="240" w:lineRule="auto"/>
        <w:rPr>
          <w:b/>
          <w:u w:val="single"/>
        </w:rPr>
      </w:pPr>
      <w:r w:rsidRPr="008715F4">
        <w:rPr>
          <w:b/>
          <w:u w:val="single"/>
        </w:rPr>
        <w:t xml:space="preserve">9. Čo by ste od spolupráce s poradenským zariadením najviac očakávali? </w:t>
      </w:r>
    </w:p>
    <w:p w:rsidR="008715F4" w:rsidRPr="008715F4" w:rsidRDefault="008715F4" w:rsidP="008715F4">
      <w:pPr>
        <w:spacing w:after="0" w:line="240" w:lineRule="auto"/>
        <w:rPr>
          <w:b/>
          <w:u w:val="single"/>
        </w:rPr>
      </w:pPr>
      <w:r>
        <w:t>..................................................................................................................................................................................</w:t>
      </w:r>
    </w:p>
    <w:p w:rsidR="00EE798B" w:rsidRDefault="008715F4" w:rsidP="008715F4">
      <w:pPr>
        <w:spacing w:after="0" w:line="240" w:lineRule="auto"/>
      </w:pPr>
      <w:r>
        <w:t>………………………………………………………………………………………………………………….</w:t>
      </w:r>
      <w:r w:rsidR="009C21DC">
        <w:t>............................</w:t>
      </w:r>
      <w:r>
        <w:t>...............................</w:t>
      </w:r>
    </w:p>
    <w:sectPr w:rsidR="00EE798B" w:rsidSect="00B620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73F4" w:rsidRDefault="003973F4" w:rsidP="00B620F4">
      <w:pPr>
        <w:spacing w:after="0" w:line="240" w:lineRule="auto"/>
      </w:pPr>
      <w:r>
        <w:separator/>
      </w:r>
    </w:p>
  </w:endnote>
  <w:endnote w:type="continuationSeparator" w:id="1">
    <w:p w:rsidR="003973F4" w:rsidRDefault="003973F4" w:rsidP="00B62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73F4" w:rsidRDefault="003973F4" w:rsidP="00B620F4">
      <w:pPr>
        <w:spacing w:after="0" w:line="240" w:lineRule="auto"/>
      </w:pPr>
      <w:r>
        <w:separator/>
      </w:r>
    </w:p>
  </w:footnote>
  <w:footnote w:type="continuationSeparator" w:id="1">
    <w:p w:rsidR="003973F4" w:rsidRDefault="003973F4" w:rsidP="00B62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36258"/>
    <w:rsid w:val="0006063C"/>
    <w:rsid w:val="00123AB6"/>
    <w:rsid w:val="0015074B"/>
    <w:rsid w:val="0029639D"/>
    <w:rsid w:val="00326F90"/>
    <w:rsid w:val="003973F4"/>
    <w:rsid w:val="008715F4"/>
    <w:rsid w:val="009C21DC"/>
    <w:rsid w:val="00A8565C"/>
    <w:rsid w:val="00AA1D8D"/>
    <w:rsid w:val="00B47730"/>
    <w:rsid w:val="00B620F4"/>
    <w:rsid w:val="00B65392"/>
    <w:rsid w:val="00CB0664"/>
    <w:rsid w:val="00DA4BB4"/>
    <w:rsid w:val="00E6054F"/>
    <w:rsid w:val="00EE798B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693F"/>
    <w:rPr>
      <w:rFonts w:ascii="Calibri" w:eastAsia="Calibri" w:hAnsi="Calibri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Jana Merašická</cp:lastModifiedBy>
  <cp:revision>2</cp:revision>
  <dcterms:created xsi:type="dcterms:W3CDTF">2026-02-27T10:49:00Z</dcterms:created>
  <dcterms:modified xsi:type="dcterms:W3CDTF">2026-02-27T10:49:00Z</dcterms:modified>
</cp:coreProperties>
</file>